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A1B" w:rsidRDefault="00EB2971" w:rsidP="00EB2971">
      <w:bookmarkStart w:id="0" w:name="_GoBack"/>
      <w:bookmarkEnd w:id="0"/>
      <w:r>
        <w:rPr>
          <w:b/>
        </w:rPr>
        <w:t>BICICLETADA</w:t>
      </w:r>
      <w:r w:rsidRPr="00EB2971">
        <w:rPr>
          <w:b/>
        </w:rPr>
        <w:t xml:space="preserve"> SEMANA MOVIBILIDAD SOSTENIBLE PALENCIA 2025 </w:t>
      </w:r>
      <w:r w:rsidRPr="00EB2971">
        <w:rPr>
          <w:b/>
        </w:rPr>
        <w:br/>
        <w:t xml:space="preserve"> </w:t>
      </w:r>
      <w:r>
        <w:br/>
        <w:t xml:space="preserve">22 de Septiembre de 2025. </w:t>
      </w:r>
      <w:r>
        <w:br/>
        <w:t xml:space="preserve"> </w:t>
      </w:r>
      <w:r>
        <w:br/>
        <w:t xml:space="preserve"> </w:t>
      </w:r>
      <w:r>
        <w:br/>
        <w:t xml:space="preserve">Organizan:  Excmo. Ayuntamiento de Palencia y la Agencia de Desarrollo Local. </w:t>
      </w:r>
      <w:r>
        <w:br/>
        <w:t xml:space="preserve"> </w:t>
      </w:r>
      <w:r>
        <w:br/>
        <w:t xml:space="preserve"> </w:t>
      </w:r>
      <w:r>
        <w:br/>
      </w:r>
      <w:r>
        <w:t xml:space="preserve">Colaboran: Patronato Municipal de Deportes del Excmo. Ayuntamiento de Palencia, Club de </w:t>
      </w:r>
      <w:r>
        <w:br/>
        <w:t xml:space="preserve">Atletismo Saborea Cuatro Cantones, Policía Local de Palencia, Protección Civil y Servicio de </w:t>
      </w:r>
      <w:r>
        <w:br/>
        <w:t xml:space="preserve">Obras del Excmo. Ayuntamiento de Palencia, Servicio Eléctrico del Excmo. </w:t>
      </w:r>
      <w:r>
        <w:t xml:space="preserve">Ayuntamiento de </w:t>
      </w:r>
      <w:r>
        <w:br/>
        <w:t xml:space="preserve">Palencia. </w:t>
      </w:r>
      <w:r>
        <w:t xml:space="preserve"> </w:t>
      </w:r>
      <w:r>
        <w:br/>
        <w:t xml:space="preserve"> </w:t>
      </w:r>
      <w:r>
        <w:br/>
        <w:t xml:space="preserve"> </w:t>
      </w:r>
      <w:r>
        <w:br/>
        <w:t xml:space="preserve">HORA: 17:00 horas. </w:t>
      </w:r>
      <w:r>
        <w:br/>
        <w:t xml:space="preserve"> </w:t>
      </w:r>
      <w:r>
        <w:br/>
        <w:t xml:space="preserve">La actividad está organizada por el Excmo. Ayuntamiento de Palencia y la Agencia de </w:t>
      </w:r>
      <w:r>
        <w:br/>
        <w:t xml:space="preserve">Desarrollo Local marcará el fin de las actividades que se realizarán con motivo de la Feria de la </w:t>
      </w:r>
      <w:proofErr w:type="spellStart"/>
      <w:r>
        <w:t>Movilidad</w:t>
      </w:r>
      <w:proofErr w:type="spellEnd"/>
      <w:r>
        <w:t xml:space="preserve"> So</w:t>
      </w:r>
      <w:r>
        <w:t xml:space="preserve">stenible de Palencia (MoviSoP), que se desarrollará desde el día 19 de </w:t>
      </w:r>
      <w:proofErr w:type="spellStart"/>
      <w:r>
        <w:t>septiembre</w:t>
      </w:r>
      <w:proofErr w:type="spellEnd"/>
      <w:r>
        <w:t xml:space="preserve"> </w:t>
      </w:r>
      <w:r>
        <w:t xml:space="preserve">hasta el </w:t>
      </w:r>
      <w:proofErr w:type="spellStart"/>
      <w:r>
        <w:t>día</w:t>
      </w:r>
      <w:proofErr w:type="spellEnd"/>
      <w:r>
        <w:t xml:space="preserve"> 22 de septiembre de 2025 en el marco de la Semana Europea de la Movilidad. </w:t>
      </w:r>
      <w:r>
        <w:br/>
        <w:t xml:space="preserve"> </w:t>
      </w:r>
      <w:r>
        <w:br/>
        <w:t>Coincidiendo la Bicicletada con el día europeo sin coches, daremos continuidad a l</w:t>
      </w:r>
      <w:r>
        <w:t xml:space="preserve">as que </w:t>
      </w:r>
      <w:r>
        <w:br/>
        <w:t xml:space="preserve">se celebraron en años anteriores y que contaron con una alta participación. Su objetivo es el de </w:t>
      </w:r>
      <w:proofErr w:type="spellStart"/>
      <w:r>
        <w:t>fomentar</w:t>
      </w:r>
      <w:proofErr w:type="spellEnd"/>
      <w:r>
        <w:t xml:space="preserve"> el </w:t>
      </w:r>
      <w:proofErr w:type="gramStart"/>
      <w:r>
        <w:t>uso</w:t>
      </w:r>
      <w:proofErr w:type="gramEnd"/>
      <w:r>
        <w:t xml:space="preserve"> de la bicicleta en Palencia, contemplándolo como medio de transporte, tanto para </w:t>
      </w:r>
      <w:proofErr w:type="spellStart"/>
      <w:r>
        <w:t>su</w:t>
      </w:r>
      <w:proofErr w:type="spellEnd"/>
      <w:r>
        <w:t xml:space="preserve"> uso recreativo y deportivo, como para ser utiliza</w:t>
      </w:r>
      <w:r>
        <w:t xml:space="preserve">do como medio de movilidad </w:t>
      </w:r>
      <w:proofErr w:type="spellStart"/>
      <w:r>
        <w:t>diaria</w:t>
      </w:r>
      <w:proofErr w:type="spellEnd"/>
      <w:r>
        <w:t xml:space="preserve"> mucho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sostenible</w:t>
      </w:r>
      <w:proofErr w:type="spellEnd"/>
      <w:r>
        <w:t xml:space="preserve"> y </w:t>
      </w:r>
      <w:proofErr w:type="spellStart"/>
      <w:r>
        <w:t>respetuoso</w:t>
      </w:r>
      <w:proofErr w:type="spellEnd"/>
      <w:r>
        <w:t xml:space="preserve"> con el medio ambiente. </w:t>
      </w:r>
      <w:r>
        <w:br/>
        <w:t xml:space="preserve"> </w:t>
      </w:r>
      <w:r>
        <w:br/>
      </w:r>
      <w:r w:rsidRPr="00EB2971">
        <w:rPr>
          <w:b/>
        </w:rPr>
        <w:t>INSCRIPCIONES</w:t>
      </w:r>
      <w:r>
        <w:t xml:space="preserve">:  Hasta las 14:00 </w:t>
      </w:r>
      <w:proofErr w:type="gramStart"/>
      <w:r>
        <w:t>horas  del</w:t>
      </w:r>
      <w:proofErr w:type="gramEnd"/>
      <w:r>
        <w:t xml:space="preserve"> día 19 de Septiembre de 2025 . </w:t>
      </w:r>
      <w:r>
        <w:br/>
        <w:t xml:space="preserve"> </w:t>
      </w:r>
      <w:r>
        <w:br/>
        <w:t xml:space="preserve">La </w:t>
      </w:r>
      <w:proofErr w:type="spellStart"/>
      <w:r>
        <w:t>inscripción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GRATUITA y </w:t>
      </w:r>
      <w:proofErr w:type="spellStart"/>
      <w:r>
        <w:t>podrá</w:t>
      </w:r>
      <w:proofErr w:type="spellEnd"/>
      <w:r>
        <w:t xml:space="preserve"> </w:t>
      </w:r>
      <w:proofErr w:type="spellStart"/>
      <w:r>
        <w:t>formalizarse</w:t>
      </w:r>
      <w:proofErr w:type="spellEnd"/>
      <w:r>
        <w:t xml:space="preserve"> </w:t>
      </w:r>
      <w:proofErr w:type="spellStart"/>
      <w:r>
        <w:t>cumplimentando</w:t>
      </w:r>
      <w:proofErr w:type="spellEnd"/>
      <w:r>
        <w:t xml:space="preserve"> el </w:t>
      </w:r>
      <w:proofErr w:type="spellStart"/>
      <w:r>
        <w:t>formulario</w:t>
      </w:r>
      <w:proofErr w:type="spellEnd"/>
      <w:r>
        <w:t xml:space="preserve"> </w:t>
      </w:r>
      <w:proofErr w:type="spellStart"/>
      <w:r>
        <w:t>existen</w:t>
      </w:r>
      <w:r>
        <w:t>te</w:t>
      </w:r>
      <w:proofErr w:type="spellEnd"/>
      <w:r>
        <w:t xml:space="preserve"> </w:t>
      </w:r>
      <w:hyperlink r:id="rId6" w:history="1">
        <w:r w:rsidRPr="008F1B50">
          <w:rPr>
            <w:rStyle w:val="Hipervnculo"/>
          </w:rPr>
          <w:t>https://docs.google.com/forms/d/e/1FAIpQLSeXiY52L4oqEk7-iDwPZU8QYc1rbWen2_IEsg-kocMZDx1icg/viewform</w:t>
        </w:r>
      </w:hyperlink>
      <w:r>
        <w:t xml:space="preserve"> </w:t>
      </w:r>
      <w:r>
        <w:br/>
      </w:r>
      <w:r>
        <w:t xml:space="preserve">y </w:t>
      </w:r>
      <w:proofErr w:type="spellStart"/>
      <w:r>
        <w:t>estará</w:t>
      </w:r>
      <w:proofErr w:type="spellEnd"/>
      <w:r>
        <w:t xml:space="preserve"> </w:t>
      </w:r>
      <w:proofErr w:type="spellStart"/>
      <w:r>
        <w:t>abierta</w:t>
      </w:r>
      <w:proofErr w:type="spellEnd"/>
      <w:r>
        <w:t xml:space="preserve"> hasta las 14:00 horas </w:t>
      </w:r>
      <w:proofErr w:type="gramStart"/>
      <w:r>
        <w:t>del</w:t>
      </w:r>
      <w:proofErr w:type="gramEnd"/>
      <w:r>
        <w:t xml:space="preserve"> </w:t>
      </w:r>
      <w:proofErr w:type="spellStart"/>
      <w:r>
        <w:t>día</w:t>
      </w:r>
      <w:proofErr w:type="spellEnd"/>
      <w:r>
        <w:t xml:space="preserve"> 19 </w:t>
      </w:r>
      <w:r>
        <w:t xml:space="preserve">de </w:t>
      </w:r>
      <w:proofErr w:type="spellStart"/>
      <w:r>
        <w:t>septiembre</w:t>
      </w:r>
      <w:proofErr w:type="spellEnd"/>
      <w:r>
        <w:t xml:space="preserve"> de 2025.  </w:t>
      </w:r>
      <w:r>
        <w:br/>
        <w:t xml:space="preserve"> </w:t>
      </w:r>
      <w:r>
        <w:br/>
        <w:t xml:space="preserve">Se recomienda el uso de casco para todos/as los/as participantes, aunque deberán llevarlo </w:t>
      </w:r>
      <w:r>
        <w:br/>
        <w:t>obligatoriamente los/as menores</w:t>
      </w:r>
      <w:r>
        <w:t xml:space="preserve"> de 16 años. Igualmente los/as menores de 14 </w:t>
      </w:r>
      <w:proofErr w:type="spellStart"/>
      <w:r>
        <w:t>años</w:t>
      </w:r>
      <w:proofErr w:type="spellEnd"/>
      <w:r>
        <w:t xml:space="preserve"> </w:t>
      </w:r>
      <w:proofErr w:type="spellStart"/>
      <w:r>
        <w:t>deberán</w:t>
      </w:r>
      <w:proofErr w:type="spellEnd"/>
      <w:r>
        <w:t xml:space="preserve"> </w:t>
      </w:r>
      <w:proofErr w:type="spellStart"/>
      <w:r>
        <w:t>estar</w:t>
      </w:r>
      <w:proofErr w:type="spellEnd"/>
      <w:r>
        <w:t xml:space="preserve"> </w:t>
      </w:r>
      <w:proofErr w:type="spellStart"/>
      <w:r>
        <w:t>acompañados</w:t>
      </w:r>
      <w:proofErr w:type="spellEnd"/>
      <w:r>
        <w:t xml:space="preserve">/as </w:t>
      </w:r>
      <w:proofErr w:type="spellStart"/>
      <w:r>
        <w:t>por</w:t>
      </w:r>
      <w:proofErr w:type="spellEnd"/>
      <w:r>
        <w:t xml:space="preserve"> </w:t>
      </w:r>
      <w:proofErr w:type="spellStart"/>
      <w:r>
        <w:t>adultos</w:t>
      </w:r>
      <w:proofErr w:type="spellEnd"/>
      <w:r>
        <w:t xml:space="preserve">/as. </w:t>
      </w:r>
      <w:r>
        <w:br/>
        <w:t xml:space="preserve"> </w:t>
      </w:r>
      <w:r>
        <w:br/>
      </w:r>
      <w:r w:rsidRPr="00EB2971">
        <w:rPr>
          <w:b/>
        </w:rPr>
        <w:t>CIRCUITO</w:t>
      </w:r>
      <w:r>
        <w:t xml:space="preserve">: </w:t>
      </w:r>
      <w:proofErr w:type="spellStart"/>
      <w:r>
        <w:t>Desde</w:t>
      </w:r>
      <w:proofErr w:type="spellEnd"/>
      <w:r>
        <w:t xml:space="preserve"> la Plaza de la Inmaculada, a las 17:00 horas, se inciar</w:t>
      </w:r>
      <w:r>
        <w:t xml:space="preserve">á </w:t>
      </w:r>
      <w:proofErr w:type="gramStart"/>
      <w:r>
        <w:t>un</w:t>
      </w:r>
      <w:proofErr w:type="gramEnd"/>
      <w:r>
        <w:t xml:space="preserve"> </w:t>
      </w:r>
      <w:proofErr w:type="spellStart"/>
      <w:r>
        <w:t>recorrido</w:t>
      </w:r>
      <w:proofErr w:type="spellEnd"/>
      <w:r>
        <w:t xml:space="preserve"> </w:t>
      </w:r>
      <w:proofErr w:type="spellStart"/>
      <w:r>
        <w:t>urbano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grupo</w:t>
      </w:r>
      <w:proofErr w:type="spellEnd"/>
      <w:r>
        <w:t xml:space="preserve"> y con </w:t>
      </w:r>
      <w:proofErr w:type="spellStart"/>
      <w:r>
        <w:t>carácter</w:t>
      </w:r>
      <w:proofErr w:type="spellEnd"/>
      <w:r>
        <w:t xml:space="preserve"> no competitivo, que discurrirá a lo largo de unos 10 Km. </w:t>
      </w:r>
      <w:proofErr w:type="spellStart"/>
      <w:r>
        <w:t>aprovechando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gran </w:t>
      </w:r>
      <w:proofErr w:type="spellStart"/>
      <w:r>
        <w:t>medida</w:t>
      </w:r>
      <w:proofErr w:type="spellEnd"/>
      <w:r>
        <w:t xml:space="preserve"> la </w:t>
      </w:r>
      <w:proofErr w:type="spellStart"/>
      <w:r>
        <w:t>infraestructura</w:t>
      </w:r>
      <w:proofErr w:type="spellEnd"/>
      <w:r>
        <w:t xml:space="preserve"> de carriles bici de la ciudad. Se realizarán </w:t>
      </w:r>
      <w:proofErr w:type="gramStart"/>
      <w:r>
        <w:t>3</w:t>
      </w:r>
      <w:proofErr w:type="gramEnd"/>
      <w:r>
        <w:t xml:space="preserve"> paradas para </w:t>
      </w:r>
      <w:proofErr w:type="spellStart"/>
      <w:r>
        <w:t>agrupar</w:t>
      </w:r>
      <w:proofErr w:type="spellEnd"/>
      <w:r>
        <w:t xml:space="preserve"> al </w:t>
      </w:r>
      <w:proofErr w:type="spellStart"/>
      <w:r>
        <w:t>pelotón</w:t>
      </w:r>
      <w:proofErr w:type="spellEnd"/>
      <w:r>
        <w:t xml:space="preserve">.  </w:t>
      </w:r>
      <w:r>
        <w:br/>
      </w:r>
      <w:r>
        <w:lastRenderedPageBreak/>
        <w:t xml:space="preserve"> </w:t>
      </w:r>
      <w:r>
        <w:br/>
        <w:t xml:space="preserve"> </w:t>
      </w:r>
      <w:r>
        <w:br/>
      </w:r>
      <w:r w:rsidRPr="00EB2971">
        <w:rPr>
          <w:b/>
        </w:rPr>
        <w:t xml:space="preserve">REGLAMENTO </w:t>
      </w:r>
      <w:r>
        <w:br/>
        <w:t xml:space="preserve"> </w:t>
      </w:r>
      <w:r>
        <w:br/>
        <w:t>La</w:t>
      </w:r>
      <w:r>
        <w:t xml:space="preserve"> Bicicletada Semana Movilidad Sostenible Palencia </w:t>
      </w:r>
      <w:proofErr w:type="gramStart"/>
      <w:r>
        <w:t>2025 ,</w:t>
      </w:r>
      <w:proofErr w:type="gramEnd"/>
      <w:r>
        <w:t xml:space="preserve"> es una marcha en </w:t>
      </w:r>
      <w:r>
        <w:br/>
        <w:t xml:space="preserve">bicicleta abierta a la participación de quien lo desee, siempre que estén correctamente </w:t>
      </w:r>
      <w:r>
        <w:br/>
        <w:t xml:space="preserve">inscritas en tiempo y forma. </w:t>
      </w:r>
      <w:r>
        <w:br/>
        <w:t xml:space="preserve"> </w:t>
      </w:r>
      <w:r>
        <w:br/>
        <w:t xml:space="preserve">El objetivo de esta bicicletada es el de fomentar el </w:t>
      </w:r>
      <w:proofErr w:type="gramStart"/>
      <w:r>
        <w:t>uso</w:t>
      </w:r>
      <w:proofErr w:type="gramEnd"/>
      <w:r>
        <w:t xml:space="preserve"> de </w:t>
      </w:r>
      <w:r>
        <w:t xml:space="preserve">la bicicleta en Palencia, </w:t>
      </w:r>
      <w:r>
        <w:br/>
        <w:t xml:space="preserve">contemplándolo como medio de transporte, tanto para su uso recreativo y deportivo, como </w:t>
      </w:r>
      <w:r>
        <w:br/>
        <w:t xml:space="preserve">para ser utilizado como medio de movilidad diaria mucho más sostenible y </w:t>
      </w:r>
      <w:proofErr w:type="spellStart"/>
      <w:r>
        <w:t>respetuoso</w:t>
      </w:r>
      <w:proofErr w:type="spellEnd"/>
      <w:r>
        <w:t xml:space="preserve"> con el </w:t>
      </w:r>
      <w:proofErr w:type="spellStart"/>
      <w:r>
        <w:t>medio</w:t>
      </w:r>
      <w:proofErr w:type="spellEnd"/>
      <w:r>
        <w:t xml:space="preserve"> </w:t>
      </w:r>
      <w:proofErr w:type="spellStart"/>
      <w:r>
        <w:t>ambiente</w:t>
      </w:r>
      <w:proofErr w:type="spellEnd"/>
      <w:r>
        <w:t xml:space="preserve">. </w:t>
      </w:r>
      <w:r>
        <w:br/>
        <w:t xml:space="preserve"> </w:t>
      </w:r>
      <w:r>
        <w:br/>
        <w:t>Es conveniente que los partic</w:t>
      </w:r>
      <w:r>
        <w:t xml:space="preserve">ipantes estén aptos por un examen médico adecuado para </w:t>
      </w:r>
      <w:r>
        <w:br/>
        <w:t xml:space="preserve">la realización de la distancia de la bicicletada y para la práctica del ciclismo, siendo </w:t>
      </w:r>
      <w:r>
        <w:br/>
        <w:t xml:space="preserve">responsabilidad del propio ciclista. La organización no se hace responsable de los daños, </w:t>
      </w:r>
      <w:r>
        <w:br/>
        <w:t>perjuicios o lesion</w:t>
      </w:r>
      <w:r>
        <w:t xml:space="preserve">es que la participación en esta prueba pueda ocasionar </w:t>
      </w:r>
      <w:proofErr w:type="spellStart"/>
      <w:r>
        <w:t>por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negligencia</w:t>
      </w:r>
      <w:proofErr w:type="spellEnd"/>
      <w:r>
        <w:t xml:space="preserve"> </w:t>
      </w:r>
      <w:r>
        <w:t xml:space="preserve">al </w:t>
      </w:r>
      <w:proofErr w:type="spellStart"/>
      <w:r>
        <w:t>respecto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parte </w:t>
      </w:r>
      <w:proofErr w:type="gramStart"/>
      <w:r>
        <w:t>del</w:t>
      </w:r>
      <w:proofErr w:type="gramEnd"/>
      <w:r>
        <w:t xml:space="preserve"> participante. Es obligatorio comunicar </w:t>
      </w:r>
      <w:proofErr w:type="spellStart"/>
      <w:r>
        <w:t>cualquier</w:t>
      </w:r>
      <w:proofErr w:type="spellEnd"/>
      <w:r>
        <w:t xml:space="preserve"> </w:t>
      </w:r>
      <w:proofErr w:type="spellStart"/>
      <w:r>
        <w:t>patología</w:t>
      </w:r>
      <w:proofErr w:type="spellEnd"/>
      <w:r>
        <w:t xml:space="preserve"> </w:t>
      </w:r>
      <w:proofErr w:type="spellStart"/>
      <w:r>
        <w:t>conocida</w:t>
      </w:r>
      <w:proofErr w:type="spellEnd"/>
      <w:r>
        <w:t xml:space="preserve"> </w:t>
      </w:r>
      <w:r>
        <w:t xml:space="preserve">que </w:t>
      </w:r>
      <w:proofErr w:type="spellStart"/>
      <w:r>
        <w:t>contraindique</w:t>
      </w:r>
      <w:proofErr w:type="spellEnd"/>
      <w:r>
        <w:t xml:space="preserve"> la </w:t>
      </w:r>
      <w:proofErr w:type="spellStart"/>
      <w:r>
        <w:t>práctica</w:t>
      </w:r>
      <w:proofErr w:type="spellEnd"/>
      <w:r>
        <w:t xml:space="preserve"> </w:t>
      </w:r>
      <w:proofErr w:type="gramStart"/>
      <w:r>
        <w:t>del</w:t>
      </w:r>
      <w:proofErr w:type="gramEnd"/>
      <w:r>
        <w:t xml:space="preserve"> deporte. </w:t>
      </w:r>
      <w:r>
        <w:br/>
        <w:t xml:space="preserve"> </w:t>
      </w:r>
      <w:r>
        <w:br/>
        <w:t>La organización tendrá prevista la inst</w:t>
      </w:r>
      <w:r>
        <w:t xml:space="preserve">alación de un avituallamiento en la zona de </w:t>
      </w:r>
      <w:r>
        <w:br/>
        <w:t xml:space="preserve">llegada, consistente en fruta y barrita energética. </w:t>
      </w:r>
      <w:r>
        <w:br/>
        <w:t xml:space="preserve"> </w:t>
      </w:r>
      <w:r>
        <w:br/>
        <w:t xml:space="preserve">  </w:t>
      </w:r>
      <w:r>
        <w:t xml:space="preserve">Se </w:t>
      </w:r>
      <w:proofErr w:type="spellStart"/>
      <w:r>
        <w:t>autoriza</w:t>
      </w:r>
      <w:proofErr w:type="spellEnd"/>
      <w:r>
        <w:t xml:space="preserve"> a la organización de la prueba a difundir cualquier fotografía, filmación, </w:t>
      </w:r>
      <w:r>
        <w:br/>
        <w:t>grabación o cualquier otra forma de archivo objeto de la par</w:t>
      </w:r>
      <w:r>
        <w:t xml:space="preserve">ticipación del atleta </w:t>
      </w:r>
      <w:proofErr w:type="spellStart"/>
      <w:r>
        <w:t>en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prueba</w:t>
      </w:r>
      <w:proofErr w:type="spellEnd"/>
      <w:r>
        <w:t xml:space="preserve">, </w:t>
      </w:r>
      <w:r>
        <w:t xml:space="preserve">sin derecho a </w:t>
      </w:r>
      <w:proofErr w:type="spellStart"/>
      <w:r>
        <w:t>contraprestación</w:t>
      </w:r>
      <w:proofErr w:type="spellEnd"/>
      <w:r>
        <w:t xml:space="preserve"> económica. </w:t>
      </w:r>
      <w:r>
        <w:br/>
        <w:t xml:space="preserve"> </w:t>
      </w:r>
      <w:r>
        <w:br/>
        <w:t xml:space="preserve">La inscripción y participación en dicha prueba conlleva la aceptación del presente </w:t>
      </w:r>
      <w:r>
        <w:br/>
        <w:t xml:space="preserve">reglamento. </w:t>
      </w:r>
      <w:r>
        <w:br/>
        <w:t xml:space="preserve"> </w:t>
      </w:r>
      <w:r>
        <w:br/>
        <w:t>Los dorsales deben colocarse en el pecho o en la parte frontal de la bici</w:t>
      </w:r>
      <w:r>
        <w:t xml:space="preserve">cleta. No se </w:t>
      </w:r>
      <w:r>
        <w:br/>
        <w:t xml:space="preserve">pueden doblar ni manipular y deben ir sujetos con imperdibles o de cualquier otro modo </w:t>
      </w:r>
      <w:r>
        <w:br/>
        <w:t xml:space="preserve">siempre que se garantice su sujección. </w:t>
      </w:r>
      <w:r>
        <w:br/>
        <w:t xml:space="preserve"> </w:t>
      </w:r>
      <w:r>
        <w:br/>
        <w:t xml:space="preserve">La recogida de dorsales se formalizará en la Plaza de la Inmaculada (Catedral), el </w:t>
      </w:r>
      <w:r>
        <w:br/>
        <w:t>lunes 22 de septiembre de 20</w:t>
      </w:r>
      <w:r>
        <w:t xml:space="preserve">25 desde las 16:00 horas. </w:t>
      </w:r>
      <w:r>
        <w:br/>
        <w:t xml:space="preserve"> </w:t>
      </w:r>
      <w:r>
        <w:br/>
        <w:t xml:space="preserve">Toda persona que corra sin estar inscrita o sin dorsal, lo hace bajo su responsabilidad y </w:t>
      </w:r>
      <w:r>
        <w:br/>
        <w:t xml:space="preserve">sin derecho a ninguna de las prerrogativas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participantes</w:t>
      </w:r>
      <w:proofErr w:type="spellEnd"/>
      <w:r>
        <w:t xml:space="preserve"> </w:t>
      </w:r>
      <w:proofErr w:type="spellStart"/>
      <w:r>
        <w:t>oficialmente</w:t>
      </w:r>
      <w:proofErr w:type="spellEnd"/>
      <w:r>
        <w:t xml:space="preserve"> </w:t>
      </w:r>
      <w:proofErr w:type="spellStart"/>
      <w:r>
        <w:t>inscritos</w:t>
      </w:r>
      <w:proofErr w:type="spellEnd"/>
      <w:r>
        <w:t xml:space="preserve"> </w:t>
      </w:r>
      <w:r>
        <w:t>e</w:t>
      </w:r>
      <w:r>
        <w:t xml:space="preserve"> </w:t>
      </w:r>
      <w:proofErr w:type="spellStart"/>
      <w:r>
        <w:t>identificados</w:t>
      </w:r>
      <w:proofErr w:type="spellEnd"/>
      <w:r>
        <w:t xml:space="preserve">. </w:t>
      </w:r>
      <w:r>
        <w:br/>
        <w:t xml:space="preserve"> </w:t>
      </w:r>
      <w:r>
        <w:br/>
        <w:t>Los únicos vehículos autoriz</w:t>
      </w:r>
      <w:r>
        <w:t xml:space="preserve">ados a seguir por el recorrido serán los designados por la </w:t>
      </w:r>
      <w:r>
        <w:br/>
        <w:t xml:space="preserve">organización. </w:t>
      </w:r>
      <w:r>
        <w:br/>
      </w:r>
      <w:r>
        <w:lastRenderedPageBreak/>
        <w:t xml:space="preserve"> </w:t>
      </w:r>
      <w:r>
        <w:br/>
        <w:t xml:space="preserve">Por la seguridad de los participantes, esta prohibido el acompañamiento de mascotas, </w:t>
      </w:r>
      <w:r>
        <w:br/>
        <w:t xml:space="preserve">patinadores o cualquier tipo de vehículo que no sea una bicicleta. </w:t>
      </w:r>
      <w:r>
        <w:br/>
        <w:t xml:space="preserve"> </w:t>
      </w:r>
      <w:r>
        <w:br/>
        <w:t>El Servicio Sanitario O</w:t>
      </w:r>
      <w:r>
        <w:t xml:space="preserve">ficial, tendrá potestad para retirar de la prueba a cualquier </w:t>
      </w:r>
      <w:r>
        <w:br/>
        <w:t xml:space="preserve">participante que, a su juicio, no se encuentre en condiciones físicas o psíquicas de continuar. </w:t>
      </w:r>
      <w:r>
        <w:br/>
        <w:t xml:space="preserve"> </w:t>
      </w:r>
      <w:r>
        <w:br/>
      </w:r>
      <w:proofErr w:type="gramStart"/>
      <w:r>
        <w:t xml:space="preserve">Exclusivamente tendrán derecho a disfrutar de cualquiera de los servicios de la carrera </w:t>
      </w:r>
      <w:r>
        <w:br/>
        <w:t>insta</w:t>
      </w:r>
      <w:r>
        <w:t xml:space="preserve">lados a lo largo del recorrido o en la meta, tales como </w:t>
      </w:r>
      <w:proofErr w:type="spellStart"/>
      <w:r>
        <w:t>avituallamiento</w:t>
      </w:r>
      <w:proofErr w:type="spellEnd"/>
      <w:r>
        <w:t xml:space="preserve">, </w:t>
      </w:r>
      <w:proofErr w:type="spellStart"/>
      <w:r>
        <w:t>asistencia</w:t>
      </w:r>
      <w:proofErr w:type="spellEnd"/>
      <w:r>
        <w:t xml:space="preserve"> sanitaria </w:t>
      </w:r>
      <w:r>
        <w:t xml:space="preserve">etc. los participantes oficialmente inscritos que acrediten estarlo mediante el dorsal oficial y </w:t>
      </w:r>
      <w:r>
        <w:t>original de la prueba, que deberán llevar en el pecho o en la p</w:t>
      </w:r>
      <w:r>
        <w:t xml:space="preserve">arte frontal de la </w:t>
      </w:r>
      <w:proofErr w:type="spellStart"/>
      <w:r>
        <w:t>bicicleta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todo</w:t>
      </w:r>
      <w:proofErr w:type="spellEnd"/>
      <w:r>
        <w:t xml:space="preserve"> </w:t>
      </w:r>
      <w:proofErr w:type="spellStart"/>
      <w:r>
        <w:t>momento</w:t>
      </w:r>
      <w:proofErr w:type="spellEnd"/>
      <w:r>
        <w:t xml:space="preserve">, sin </w:t>
      </w:r>
      <w:proofErr w:type="spellStart"/>
      <w:r>
        <w:t>doblar</w:t>
      </w:r>
      <w:proofErr w:type="spellEnd"/>
      <w:r>
        <w:t xml:space="preserve">, </w:t>
      </w:r>
      <w:proofErr w:type="spellStart"/>
      <w:r>
        <w:t>alterar</w:t>
      </w:r>
      <w:proofErr w:type="spellEnd"/>
      <w:r>
        <w:t xml:space="preserve"> o manipular.</w:t>
      </w:r>
      <w:proofErr w:type="gramEnd"/>
      <w:r>
        <w:t xml:space="preserve"> </w:t>
      </w:r>
      <w:r>
        <w:br/>
        <w:t xml:space="preserve"> </w:t>
      </w:r>
      <w:r>
        <w:br/>
        <w:t xml:space="preserve">La organización no prestará ningún tipo de atención o servicio a las personas que no </w:t>
      </w:r>
      <w:r>
        <w:br/>
        <w:t>cumplan los requisitos anteriores o que participen en la carrera sin dorsal o con él fa</w:t>
      </w:r>
      <w:r>
        <w:t xml:space="preserve">lsificado, </w:t>
      </w:r>
      <w:proofErr w:type="spellStart"/>
      <w:r>
        <w:t>expulsándoles</w:t>
      </w:r>
      <w:proofErr w:type="spellEnd"/>
      <w:r>
        <w:t xml:space="preserve"> de la misma mediante los métodos que tenga a su alcance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momento</w:t>
      </w:r>
      <w:proofErr w:type="spellEnd"/>
      <w:r>
        <w:t xml:space="preserve"> de </w:t>
      </w:r>
      <w:proofErr w:type="spellStart"/>
      <w:r>
        <w:t>detectar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presencia</w:t>
      </w:r>
      <w:proofErr w:type="spellEnd"/>
      <w:r>
        <w:t xml:space="preserve">. </w:t>
      </w:r>
      <w:r>
        <w:br/>
        <w:t xml:space="preserve"> </w:t>
      </w:r>
      <w:r>
        <w:br/>
        <w:t xml:space="preserve">Teléfono de contacto organización 626532665. </w:t>
      </w:r>
      <w:r>
        <w:br/>
        <w:t xml:space="preserve"> </w:t>
      </w:r>
      <w:r>
        <w:br/>
        <w:t xml:space="preserve"> </w:t>
      </w:r>
      <w:r>
        <w:br/>
      </w:r>
      <w:r w:rsidRPr="00EB2971">
        <w:rPr>
          <w:b/>
        </w:rPr>
        <w:t xml:space="preserve"> </w:t>
      </w:r>
      <w:r w:rsidRPr="00EB2971">
        <w:rPr>
          <w:b/>
        </w:rPr>
        <w:t>ENTREGA DE DORSALES:</w:t>
      </w:r>
      <w:r>
        <w:t xml:space="preserve"> </w:t>
      </w:r>
      <w:r>
        <w:br/>
        <w:t xml:space="preserve"> </w:t>
      </w:r>
      <w:r>
        <w:br/>
        <w:t>La recogida de dorsales se formalizará en la Pla</w:t>
      </w:r>
      <w:r>
        <w:t xml:space="preserve">za de la Inmaculada (Catedral), el lunes 22 </w:t>
      </w:r>
      <w:r>
        <w:br/>
        <w:t xml:space="preserve">de septiembre de 2025 desde las 16:00 horas. </w:t>
      </w:r>
      <w:r>
        <w:br/>
        <w:t xml:space="preserve"> </w:t>
      </w:r>
      <w:r>
        <w:br/>
      </w:r>
      <w:proofErr w:type="spellStart"/>
      <w:r>
        <w:t>Entrega</w:t>
      </w:r>
      <w:proofErr w:type="spellEnd"/>
      <w:r>
        <w:t xml:space="preserve"> de GY</w:t>
      </w:r>
      <w:r>
        <w:t xml:space="preserve">M BAG </w:t>
      </w:r>
      <w:proofErr w:type="spellStart"/>
      <w:r>
        <w:t>conmemorativo</w:t>
      </w:r>
      <w:proofErr w:type="spellEnd"/>
      <w:r>
        <w:t xml:space="preserve"> de la bicicletada al recoger el dorsal, para los 300 </w:t>
      </w:r>
      <w:r>
        <w:br/>
        <w:t xml:space="preserve">PRIMEROS INSCRITOS. </w:t>
      </w:r>
      <w:r>
        <w:br/>
        <w:t xml:space="preserve"> </w:t>
      </w:r>
      <w:r>
        <w:br/>
        <w:t>Al finalizar la bicicletada, la organización hará ent</w:t>
      </w:r>
      <w:r>
        <w:t xml:space="preserve">rega a todos los </w:t>
      </w:r>
      <w:proofErr w:type="spellStart"/>
      <w:r>
        <w:t>participantes</w:t>
      </w:r>
      <w:proofErr w:type="spellEnd"/>
      <w:r>
        <w:t xml:space="preserve"> de </w:t>
      </w:r>
      <w:proofErr w:type="gramStart"/>
      <w:r>
        <w:t>un</w:t>
      </w:r>
      <w:proofErr w:type="gramEnd"/>
      <w:r>
        <w:t xml:space="preserve"> </w:t>
      </w:r>
      <w:proofErr w:type="spellStart"/>
      <w:r>
        <w:t>avituallamiento</w:t>
      </w:r>
      <w:proofErr w:type="spellEnd"/>
      <w:r>
        <w:t xml:space="preserve"> </w:t>
      </w:r>
      <w:proofErr w:type="spellStart"/>
      <w:r>
        <w:t>consistente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fruta</w:t>
      </w:r>
      <w:proofErr w:type="spellEnd"/>
      <w:r>
        <w:t xml:space="preserve"> y barritas energéticas.  </w:t>
      </w:r>
      <w:r>
        <w:t xml:space="preserve"> </w:t>
      </w:r>
      <w:r>
        <w:br/>
        <w:t xml:space="preserve"> </w:t>
      </w:r>
      <w:r>
        <w:br/>
        <w:t xml:space="preserve"> </w:t>
      </w:r>
      <w:r>
        <w:br/>
        <w:t xml:space="preserve"> </w:t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5486400" cy="3879215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5-09-08 11364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val="es-ES" w:eastAsia="es-ES"/>
        </w:rPr>
        <w:drawing>
          <wp:inline distT="0" distB="0" distL="0" distR="0" wp14:anchorId="299F7071" wp14:editId="64A96BC7">
            <wp:extent cx="2747465" cy="38862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tel Poster Tandem Bicicleta Ecologico Ilustrado Minimalista Verde y Azu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482" cy="391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 </w:t>
      </w:r>
      <w:r>
        <w:br/>
      </w:r>
    </w:p>
    <w:sectPr w:rsidR="000F6A1B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0F6A1B"/>
    <w:rsid w:val="0015074B"/>
    <w:rsid w:val="0029639D"/>
    <w:rsid w:val="00326F90"/>
    <w:rsid w:val="00AA1D8D"/>
    <w:rsid w:val="00B47730"/>
    <w:rsid w:val="00CB0664"/>
    <w:rsid w:val="00EB2971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7411DC"/>
  <w14:defaultImageDpi w14:val="300"/>
  <w15:docId w15:val="{2BBBD8F7-FF62-4DAE-9ADD-5151BAA05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ipervnculo">
    <w:name w:val="Hyperlink"/>
    <w:basedOn w:val="Fuentedeprrafopredeter"/>
    <w:uiPriority w:val="99"/>
    <w:unhideWhenUsed/>
    <w:rsid w:val="00EB2971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B297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docs.google.com/forms/d/e/1FAIpQLSeXiY52L4oqEk7-iDwPZU8QYc1rbWen2_IEsg-kocMZDx1icg/viewform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0C12875-EC25-4BC0-BFF6-B233FEDEB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916</Words>
  <Characters>5042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5947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Paula Pérez Tuñon</cp:lastModifiedBy>
  <cp:revision>2</cp:revision>
  <dcterms:created xsi:type="dcterms:W3CDTF">2013-12-23T23:15:00Z</dcterms:created>
  <dcterms:modified xsi:type="dcterms:W3CDTF">2025-09-10T11:26:00Z</dcterms:modified>
  <cp:category/>
</cp:coreProperties>
</file>